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CONTRACT DE VÂNZARE-CUMPĂRARE TEREN CU MARTORI</w:t>
      </w:r>
    </w:p>
    <w:p/>
    <w:p>
      <w:r>
        <w:rPr>
          <w:b w:val="0"/>
          <w:sz w:val="20"/>
        </w:rPr>
        <w:t>Locul : ____________________________    Data : ____________________________</w:t>
      </w:r>
    </w:p>
    <w:p/>
    <w:p>
      <w:r>
        <w:rPr>
          <w:b/>
          <w:sz w:val="20"/>
        </w:rPr>
        <w:t>Datele Vânzătorului :</w:t>
      </w:r>
    </w:p>
    <w:p>
      <w:r>
        <w:rPr>
          <w:b w:val="0"/>
          <w:sz w:val="20"/>
        </w:rPr>
        <w:t>Numele și prenumele : ___________________________________________________</w:t>
      </w:r>
    </w:p>
    <w:p>
      <w:r>
        <w:rPr>
          <w:b w:val="0"/>
          <w:sz w:val="20"/>
        </w:rPr>
        <w:t>CNP : ______________________________________________</w:t>
      </w:r>
    </w:p>
    <w:p>
      <w:r>
        <w:rPr>
          <w:b w:val="0"/>
          <w:sz w:val="20"/>
        </w:rPr>
        <w:t>Adresa de domiciliu : ______________________________________________________</w:t>
      </w:r>
    </w:p>
    <w:p>
      <w:r>
        <w:rPr>
          <w:b w:val="0"/>
          <w:sz w:val="20"/>
        </w:rPr>
        <w:t>Nr. actului de identitate : ______________________________________________________</w:t>
      </w:r>
    </w:p>
    <w:p/>
    <w:p>
      <w:r>
        <w:rPr>
          <w:b/>
          <w:sz w:val="20"/>
        </w:rPr>
        <w:t>Datele Cumpărătorului :</w:t>
      </w:r>
    </w:p>
    <w:p>
      <w:r>
        <w:rPr>
          <w:b w:val="0"/>
          <w:sz w:val="20"/>
        </w:rPr>
        <w:t>Numele și prenumele : ___________________________________________________</w:t>
      </w:r>
    </w:p>
    <w:p>
      <w:r>
        <w:rPr>
          <w:b w:val="0"/>
          <w:sz w:val="20"/>
        </w:rPr>
        <w:t>CNP : ______________________________________________</w:t>
      </w:r>
    </w:p>
    <w:p>
      <w:r>
        <w:rPr>
          <w:b w:val="0"/>
          <w:sz w:val="20"/>
        </w:rPr>
        <w:t>Adresa de domiciliu : ________________________________________________________</w:t>
      </w:r>
    </w:p>
    <w:p>
      <w:r>
        <w:rPr>
          <w:b w:val="0"/>
          <w:sz w:val="20"/>
        </w:rPr>
        <w:t>Nr. actului de identitate : ________________________________________________________</w:t>
      </w:r>
    </w:p>
    <w:p/>
    <w:p>
      <w:r>
        <w:rPr>
          <w:b/>
          <w:sz w:val="20"/>
        </w:rPr>
        <w:t>Datele Martorilor :</w:t>
      </w:r>
    </w:p>
    <w:p>
      <w:r>
        <w:rPr>
          <w:b w:val="0"/>
          <w:sz w:val="20"/>
        </w:rPr>
        <w:t>1. Numele și prenumele : ________________________________________________</w:t>
      </w:r>
    </w:p>
    <w:p>
      <w:r>
        <w:rPr>
          <w:b w:val="0"/>
          <w:sz w:val="20"/>
        </w:rPr>
        <w:t xml:space="preserve">   CNP : ________________________________________________________________</w:t>
      </w:r>
    </w:p>
    <w:p>
      <w:r>
        <w:rPr>
          <w:b w:val="0"/>
          <w:sz w:val="20"/>
        </w:rPr>
        <w:t xml:space="preserve">   Adresa de domiciliu : _________________________________________________</w:t>
      </w:r>
    </w:p>
    <w:p/>
    <w:p>
      <w:r>
        <w:rPr>
          <w:b w:val="0"/>
          <w:sz w:val="20"/>
        </w:rPr>
        <w:t>2. Numele și prenumele : ________________________________________________</w:t>
      </w:r>
    </w:p>
    <w:p>
      <w:r>
        <w:rPr>
          <w:b w:val="0"/>
          <w:sz w:val="20"/>
        </w:rPr>
        <w:t xml:space="preserve">   CNP : ________________________________________________________________</w:t>
      </w:r>
    </w:p>
    <w:p>
      <w:r>
        <w:rPr>
          <w:b w:val="0"/>
          <w:sz w:val="20"/>
        </w:rPr>
        <w:t xml:space="preserve">   Adresa de domiciliu : _________________________________________________</w:t>
      </w:r>
    </w:p>
    <w:p/>
    <w:p>
      <w:r>
        <w:rPr>
          <w:b/>
          <w:sz w:val="20"/>
        </w:rPr>
        <w:t>Datele terenului :</w:t>
      </w:r>
    </w:p>
    <w:p>
      <w:r>
        <w:rPr>
          <w:b w:val="0"/>
          <w:sz w:val="20"/>
        </w:rPr>
        <w:t>Localitatea : ______________________________________________________________</w:t>
      </w:r>
    </w:p>
    <w:p>
      <w:r>
        <w:rPr>
          <w:b w:val="0"/>
          <w:sz w:val="20"/>
        </w:rPr>
        <w:t>Adresa / amplasamentul : _________________________________________________</w:t>
      </w:r>
    </w:p>
    <w:p>
      <w:r>
        <w:rPr>
          <w:b w:val="0"/>
          <w:sz w:val="20"/>
        </w:rPr>
        <w:t>Număr cadastral : __________________________________________________________</w:t>
      </w:r>
    </w:p>
    <w:p>
      <w:r>
        <w:rPr>
          <w:b w:val="0"/>
          <w:sz w:val="20"/>
        </w:rPr>
        <w:t>Suprafața terenului : _________________ mp</w:t>
      </w:r>
    </w:p>
    <w:p>
      <w:r>
        <w:rPr>
          <w:b w:val="0"/>
          <w:sz w:val="20"/>
        </w:rPr>
        <w:t>Categoria de folosință : _________________________________________________</w:t>
      </w:r>
    </w:p>
    <w:p/>
    <w:p>
      <w:r>
        <w:rPr>
          <w:b/>
          <w:sz w:val="20"/>
        </w:rPr>
        <w:t>Prețul și modalitatea de plată :</w:t>
      </w:r>
    </w:p>
    <w:p>
      <w:r>
        <w:rPr>
          <w:b w:val="0"/>
          <w:sz w:val="20"/>
        </w:rPr>
        <w:t>Prețul de vânzare : _________________ LEI</w:t>
      </w:r>
    </w:p>
    <w:p>
      <w:r>
        <w:rPr>
          <w:b w:val="0"/>
          <w:sz w:val="20"/>
        </w:rPr>
        <w:t>Modalitatea de plată : ___________________________________________________</w:t>
      </w:r>
    </w:p>
    <w:p/>
    <w:p>
      <w:r>
        <w:rPr>
          <w:b/>
          <w:sz w:val="20"/>
        </w:rPr>
        <w:t>Art. 1 – Obiectul contractului</w:t>
      </w:r>
    </w:p>
    <w:p>
      <w:r>
        <w:rPr>
          <w:b w:val="0"/>
          <w:sz w:val="20"/>
        </w:rPr>
        <w:t>Vânzătorul vinde, iar Cumpărătorul cumpără terenul descris mai sus, proprietate a Vânzătorului.</w:t>
      </w:r>
    </w:p>
    <w:p/>
    <w:p>
      <w:r>
        <w:rPr>
          <w:b/>
          <w:sz w:val="20"/>
        </w:rPr>
        <w:t>Art. 2 – Situația juridică a terenului</w:t>
      </w:r>
    </w:p>
    <w:p>
      <w:r>
        <w:rPr>
          <w:b w:val="0"/>
          <w:sz w:val="20"/>
        </w:rPr>
        <w:t>Vânzătorul declară că terenul este liber de orice sarcini, ipoteci sau alte drepturi reale. Terenul este înscris în cartea funciară la numărul cadastral menționat.</w:t>
      </w:r>
    </w:p>
    <w:p/>
    <w:p>
      <w:r>
        <w:rPr>
          <w:b/>
          <w:sz w:val="20"/>
        </w:rPr>
        <w:t>Art. 3 – Prețul și condițiile de plată</w:t>
      </w:r>
    </w:p>
    <w:p>
      <w:r>
        <w:rPr>
          <w:b w:val="0"/>
          <w:sz w:val="20"/>
        </w:rPr>
        <w:t>Prețul convenit este cel menționat mai sus și va fi plătit integral conform modalității agreate între părți.</w:t>
      </w:r>
    </w:p>
    <w:p/>
    <w:p>
      <w:r>
        <w:rPr>
          <w:b/>
          <w:sz w:val="20"/>
        </w:rPr>
        <w:t>Art. 4 – Transferul proprietății</w:t>
      </w:r>
    </w:p>
    <w:p>
      <w:r>
        <w:rPr>
          <w:b w:val="0"/>
          <w:sz w:val="20"/>
        </w:rPr>
        <w:t>Proprietatea terenului se transferă către Cumpărător la data semnării prezentului contract și efectuării plății integrale.</w:t>
      </w:r>
    </w:p>
    <w:p/>
    <w:p>
      <w:r>
        <w:rPr>
          <w:b/>
          <w:sz w:val="20"/>
        </w:rPr>
        <w:t>Art. 5 – Obligațiile părților</w:t>
      </w:r>
    </w:p>
    <w:p>
      <w:r>
        <w:rPr>
          <w:b w:val="0"/>
          <w:sz w:val="20"/>
        </w:rPr>
        <w:t>Vânzătorul se obligă să predea terenul liber de orice sarcini și în starea actuală. Cumpărătorul se obligă să plătească prețul în termenul stabilit.</w:t>
      </w:r>
    </w:p>
    <w:p/>
    <w:p>
      <w:r>
        <w:rPr>
          <w:b/>
          <w:sz w:val="20"/>
        </w:rPr>
        <w:t>Art. 6 – Cheltuieli și taxe</w:t>
      </w:r>
    </w:p>
    <w:p>
      <w:r>
        <w:rPr>
          <w:b w:val="0"/>
          <w:sz w:val="20"/>
        </w:rPr>
        <w:t>Cheltuielile aferente înregistrării proprietății în cartea funciară și alte taxe legale sunt suportate de către ________________ (Vânzător/Cumpărător).</w:t>
      </w:r>
    </w:p>
    <w:p/>
    <w:p>
      <w:r>
        <w:rPr>
          <w:b/>
          <w:sz w:val="20"/>
        </w:rPr>
        <w:t>Art. 7 – Dispoziții finale</w:t>
      </w:r>
    </w:p>
    <w:p>
      <w:r>
        <w:rPr>
          <w:b w:val="0"/>
          <w:sz w:val="20"/>
        </w:rPr>
        <w:t>Pentru aspectele neprevăzute în prezentul contract se aplică prevederile Codului Civil Român. Litigiile vor fi soluționate pe cale amiabilă, iar în caz contrar de către instanțele competente.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VÂNZĂTOR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CUMPĂRĂTOR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MARTOR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MARTOR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https://contract-model.com/model-contract-vanzare-cumparare-teren-cu-martori/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https://contract-model.com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contract-model.com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-model.com/model-contract-vanzare-cumparare-teren-cu-martori/" TargetMode="External"/><Relationship Id="rId10" Type="http://schemas.openxmlformats.org/officeDocument/2006/relationships/hyperlink" Target="https://contract-mod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