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DE VÂNZARE-CUMPĂRARE AUTOVEHICUL</w:t>
      </w:r>
    </w:p>
    <w:p/>
    <w:p>
      <w:r>
        <w:rPr>
          <w:b w:val="0"/>
          <w:sz w:val="20"/>
        </w:rPr>
        <w:t>Locul : ____________________________    Data : ____________________________</w:t>
      </w:r>
    </w:p>
    <w:p/>
    <w:p>
      <w:r>
        <w:rPr>
          <w:b/>
          <w:sz w:val="20"/>
        </w:rPr>
        <w:t>Datele Vânzătorului :</w:t>
      </w:r>
    </w:p>
    <w:p>
      <w:r>
        <w:rPr>
          <w:b w:val="0"/>
          <w:sz w:val="20"/>
        </w:rPr>
        <w:t>Numele și prenumele : ___________________________________________________</w:t>
      </w:r>
    </w:p>
    <w:p>
      <w:r>
        <w:rPr>
          <w:b w:val="0"/>
          <w:sz w:val="20"/>
        </w:rPr>
        <w:t>CNP/CUI : ______________________________________________</w:t>
      </w:r>
    </w:p>
    <w:p>
      <w:r>
        <w:rPr>
          <w:b w:val="0"/>
          <w:sz w:val="20"/>
        </w:rPr>
        <w:t>Adresa de domiciliu : ______________________________________________________</w:t>
      </w:r>
    </w:p>
    <w:p>
      <w:r>
        <w:rPr>
          <w:b w:val="0"/>
          <w:sz w:val="20"/>
        </w:rPr>
        <w:t>Nr. actului de identitate : ______________________________________________________</w:t>
      </w:r>
    </w:p>
    <w:p/>
    <w:p>
      <w:r>
        <w:rPr>
          <w:b/>
          <w:sz w:val="20"/>
        </w:rPr>
        <w:t>Datele Cumpărătorului :</w:t>
      </w:r>
    </w:p>
    <w:p>
      <w:r>
        <w:rPr>
          <w:b w:val="0"/>
          <w:sz w:val="20"/>
        </w:rPr>
        <w:t>Numele și prenumele : ___________________________________________________</w:t>
      </w:r>
    </w:p>
    <w:p>
      <w:r>
        <w:rPr>
          <w:b w:val="0"/>
          <w:sz w:val="20"/>
        </w:rPr>
        <w:t>CNP/CUI : ______________________________________________</w:t>
      </w:r>
    </w:p>
    <w:p>
      <w:r>
        <w:rPr>
          <w:b w:val="0"/>
          <w:sz w:val="20"/>
        </w:rPr>
        <w:t>Adresa de domiciliu : ________________________________________________________</w:t>
      </w:r>
    </w:p>
    <w:p>
      <w:r>
        <w:rPr>
          <w:b w:val="0"/>
          <w:sz w:val="20"/>
        </w:rPr>
        <w:t>Nr. actului de identitate : ________________________________________________________</w:t>
      </w:r>
    </w:p>
    <w:p/>
    <w:p>
      <w:r>
        <w:rPr>
          <w:b/>
          <w:sz w:val="20"/>
        </w:rPr>
        <w:t>Datele Autovehiculului :</w:t>
      </w:r>
    </w:p>
    <w:p>
      <w:r>
        <w:rPr>
          <w:b w:val="0"/>
          <w:sz w:val="20"/>
        </w:rPr>
        <w:t>Marca/Modelul : ________________________________________________</w:t>
      </w:r>
    </w:p>
    <w:p>
      <w:r>
        <w:rPr>
          <w:b w:val="0"/>
          <w:sz w:val="20"/>
        </w:rPr>
        <w:t>Anul fabricației : ___________________________________________________</w:t>
      </w:r>
    </w:p>
    <w:p>
      <w:r>
        <w:rPr>
          <w:b w:val="0"/>
          <w:sz w:val="20"/>
        </w:rPr>
        <w:t>Numărul de înmatriculare : ____________________________________________</w:t>
      </w:r>
    </w:p>
    <w:p>
      <w:r>
        <w:rPr>
          <w:b w:val="0"/>
          <w:sz w:val="20"/>
        </w:rPr>
        <w:t>Numărul de identificare (VIN) : _________________________________________</w:t>
      </w:r>
    </w:p>
    <w:p>
      <w:r>
        <w:rPr>
          <w:b w:val="0"/>
          <w:sz w:val="20"/>
        </w:rPr>
        <w:t>Kilometraj : __________________ km</w:t>
      </w:r>
    </w:p>
    <w:p>
      <w:r>
        <w:rPr>
          <w:b w:val="0"/>
          <w:sz w:val="20"/>
        </w:rPr>
        <w:t>Puterea motorului : _________________ CP</w:t>
      </w:r>
    </w:p>
    <w:p>
      <w:r>
        <w:rPr>
          <w:b w:val="0"/>
          <w:sz w:val="20"/>
        </w:rPr>
        <w:t>Combustibil : _____________________________</w:t>
      </w:r>
    </w:p>
    <w:p>
      <w:r>
        <w:rPr>
          <w:b w:val="0"/>
          <w:sz w:val="20"/>
        </w:rPr>
        <w:t>Starea tehnică : ___________________________________________________</w:t>
      </w:r>
    </w:p>
    <w:p/>
    <w:p>
      <w:r>
        <w:rPr>
          <w:b/>
          <w:sz w:val="20"/>
        </w:rPr>
        <w:t>Prețul și condițiile de plată :</w:t>
      </w:r>
    </w:p>
    <w:p>
      <w:r>
        <w:rPr>
          <w:b w:val="0"/>
          <w:sz w:val="20"/>
        </w:rPr>
        <w:t>Prețul de vânzare : _________________ EURO</w:t>
      </w:r>
    </w:p>
    <w:p>
      <w:r>
        <w:rPr>
          <w:b w:val="0"/>
          <w:sz w:val="20"/>
        </w:rPr>
        <w:t>Modalitatea de plată : ___________________________________________________</w:t>
      </w:r>
    </w:p>
    <w:p/>
    <w:p>
      <w:r>
        <w:rPr>
          <w:b/>
          <w:sz w:val="20"/>
        </w:rPr>
        <w:t>Art. 1 – Obiectul contractului</w:t>
      </w:r>
    </w:p>
    <w:p>
      <w:r>
        <w:rPr>
          <w:b w:val="0"/>
          <w:sz w:val="20"/>
        </w:rPr>
        <w:t>Vânzătorul vinde, iar Cumpărătorul cumpără autovehiculul cu parametrii specificați mai sus. Vânzătorul declară că este proprietarul autovehiculului şi are dreptul de a-l înstrăina.</w:t>
      </w:r>
    </w:p>
    <w:p/>
    <w:p>
      <w:r>
        <w:rPr>
          <w:b/>
          <w:sz w:val="20"/>
        </w:rPr>
        <w:t>Art. 2 – Starea autovehiculului</w:t>
      </w:r>
    </w:p>
    <w:p>
      <w:r>
        <w:rPr>
          <w:b w:val="0"/>
          <w:sz w:val="20"/>
        </w:rPr>
        <w:t>Cumpărătorul declară că a examinat starea tehnică a autovehiculului și acceptă starea acestuia. Toate defectele vizibile au fost dezvăluite și incluse în preț.</w:t>
      </w:r>
    </w:p>
    <w:p/>
    <w:p>
      <w:r>
        <w:rPr>
          <w:b/>
          <w:sz w:val="20"/>
        </w:rPr>
        <w:t>Art. 3 – Garanții și răspunderi</w:t>
      </w:r>
    </w:p>
    <w:p>
      <w:r>
        <w:rPr>
          <w:b w:val="0"/>
          <w:sz w:val="20"/>
        </w:rPr>
        <w:t>Vânzătorul exclude răspunderea pentru viciile ascunse, cu excepția celor prevăzute de lege. Cumpărătorul achiziționează autovehiculul în starea în care se află la data semnării contractului.</w:t>
      </w:r>
    </w:p>
    <w:p/>
    <w:p>
      <w:r>
        <w:rPr>
          <w:b/>
          <w:sz w:val="20"/>
        </w:rPr>
        <w:t>Art. 4 – Transferul proprietății</w:t>
      </w:r>
    </w:p>
    <w:p>
      <w:r>
        <w:rPr>
          <w:b w:val="0"/>
          <w:sz w:val="20"/>
        </w:rPr>
        <w:t>Proprietatea autovehiculului se transferă către Cumpărător odată cu plata integrală a prețului și semnarea procesului-verbal de predare-primire. Împreună cu autovehiculul se vor preda toate documentele aferente.</w:t>
      </w:r>
    </w:p>
    <w:p/>
    <w:p>
      <w:r>
        <w:rPr>
          <w:b/>
          <w:sz w:val="20"/>
        </w:rPr>
        <w:t>Art. 5 – Obligațiile părților</w:t>
      </w:r>
    </w:p>
    <w:p>
      <w:r>
        <w:rPr>
          <w:b w:val="0"/>
          <w:sz w:val="20"/>
        </w:rPr>
        <w:t>Vânzătorul se obligă să predea autovehiculul în termen de _______ zile de la semnarea contractului. Cumpărătorul se obligă să plătească prețul în termenul convenit.</w:t>
      </w:r>
    </w:p>
    <w:p/>
    <w:p>
      <w:r>
        <w:rPr>
          <w:b/>
          <w:sz w:val="20"/>
        </w:rPr>
        <w:t>Art. 6 – Cheltuieli suplimentare</w:t>
      </w:r>
    </w:p>
    <w:p>
      <w:r>
        <w:rPr>
          <w:b w:val="0"/>
          <w:sz w:val="20"/>
        </w:rPr>
        <w:t>Cheltuielile legate de înmatricularea, taxele și alte formalități ulterioare trecerii proprietății sunt suportate de Cumpărător.</w:t>
      </w:r>
    </w:p>
    <w:p/>
    <w:p>
      <w:r>
        <w:rPr>
          <w:b/>
          <w:sz w:val="20"/>
        </w:rPr>
        <w:t>Art. 7 – Dispoziții finale</w:t>
      </w:r>
    </w:p>
    <w:p>
      <w:r>
        <w:rPr>
          <w:b w:val="0"/>
          <w:sz w:val="20"/>
        </w:rPr>
        <w:t>Pentru aspectele nereglementate de prezentul contract se aplică prevederile Codului Civil Român și legislația specifică în domeniu. Litigiile vor fi soluționate pe cale amiabilă, iar în caz contrar, de instanța competentă.</w:t>
      </w:r>
    </w:p>
    <w:p/>
    <w:p/>
    <w:p>
      <w:r>
        <w:rPr>
          <w:b w:val="0"/>
          <w:sz w:val="20"/>
        </w:rPr>
        <w:t>Locul, 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VÂNZĂTOR</w:t>
            </w:r>
          </w:p>
        </w:tc>
        <w:tc>
          <w:tcPr>
            <w:tcW w:type="dxa" w:w="4986"/>
            <w:tcBorders>
              <w:top w:val="nil"/>
              <w:left w:val="nil"/>
              <w:bottom w:val="nil"/>
              <w:right w:val="nil"/>
              <w:insideH w:val="nil"/>
              <w:insideV w:val="nil"/>
            </w:tcBorders>
          </w:tcPr>
          <w:p>
            <w:pPr>
              <w:jc w:val="center"/>
            </w:pPr>
            <w:r>
              <w:t>CUMPĂRĂTOR</w:t>
            </w:r>
          </w:p>
        </w:tc>
      </w:tr>
      <w:tr>
        <w:tc>
          <w:tcPr>
            <w:tcW w:type="dxa" w:w="4986"/>
            <w:tcBorders>
              <w:top w:val="nil"/>
              <w:left w:val="nil"/>
              <w:bottom w:val="nil"/>
              <w:right w:val="nil"/>
              <w:insideH w:val="nil"/>
              <w:insideV w:val="nil"/>
            </w:tcBorders>
          </w:tcPr>
          <w:p>
            <w:pPr>
              <w:jc w:val="center"/>
            </w:pPr>
            <w:r>
              <w:br/>
              <w:br/>
              <w:t>Semnătura : _________________________</w:t>
            </w:r>
          </w:p>
        </w:tc>
        <w:tc>
          <w:tcPr>
            <w:tcW w:type="dxa" w:w="4986"/>
            <w:tcBorders>
              <w:top w:val="nil"/>
              <w:left w:val="nil"/>
              <w:bottom w:val="nil"/>
              <w:right w:val="nil"/>
              <w:insideH w:val="nil"/>
              <w:insideV w:val="nil"/>
            </w:tcBorders>
          </w:tcPr>
          <w:p>
            <w:pPr>
              <w:jc w:val="center"/>
            </w:pPr>
            <w:r>
              <w:br/>
              <w:br/>
              <w:t>Semnătura : _________________________</w:t>
            </w:r>
          </w:p>
        </w:tc>
      </w:tr>
      <w:tr>
        <w:tc>
          <w:tcPr>
            <w:tcW w:type="dxa" w:w="4986"/>
            <w:tcBorders>
              <w:top w:val="nil"/>
              <w:left w:val="nil"/>
              <w:bottom w:val="nil"/>
              <w:right w:val="nil"/>
              <w:insideH w:val="nil"/>
              <w:insideV w:val="nil"/>
            </w:tcBorders>
          </w:tcPr>
          <w:p>
            <w:pPr>
              <w:jc w:val="center"/>
            </w:pPr>
            <w:r>
              <w:t>Nume : ________________________________</w:t>
            </w:r>
          </w:p>
        </w:tc>
        <w:tc>
          <w:tcPr>
            <w:tcW w:type="dxa" w:w="4986"/>
            <w:tcBorders>
              <w:top w:val="nil"/>
              <w:left w:val="nil"/>
              <w:bottom w:val="nil"/>
              <w:right w:val="nil"/>
              <w:insideH w:val="nil"/>
              <w:insideV w:val="nil"/>
            </w:tcBorders>
          </w:tcPr>
          <w:p>
            <w:pPr>
              <w:jc w:val="center"/>
            </w:pPr>
            <w:r>
              <w:t>Nume : ________________________________</w:t>
            </w:r>
          </w:p>
        </w:tc>
      </w:tr>
    </w:tbl>
    <w:p>
      <w:r>
        <w:br w:type="page"/>
      </w:r>
    </w:p>
    <w:p>
      <w:pPr>
        <w:jc w:val="center"/>
      </w:pPr>
      <w:r>
        <w:rPr>
          <w:color w:val="555555"/>
          <w:sz w:val="24"/>
        </w:rPr>
        <w:t>Sursa originala a acestui document:</w:t>
      </w:r>
    </w:p>
    <w:p>
      <w:pPr>
        <w:jc w:val="center"/>
      </w:pPr>
      <w:hyperlink r:id="rId9">
        <w:r>
          <w:rPr>
            <w:color w:val="0000FF"/>
            <w:u w:val="single"/>
          </w:rPr>
          <w:t>https://contract-model.com/model-contract-vanzare-cumparare-auto-olanda/</w:t>
        </w:r>
      </w:hyperlink>
    </w:p>
    <w:p>
      <w:pPr>
        <w:jc w:val="center"/>
      </w:pPr>
      <w:r>
        <w:rPr>
          <w:color w:val="555555"/>
          <w:sz w:val="26"/>
        </w:rPr>
        <w:t>Acest model ti-a fost de ajutor?</w:t>
      </w:r>
    </w:p>
    <w:p>
      <w:pPr>
        <w:jc w:val="center"/>
      </w:pPr>
      <w:r>
        <w:rPr>
          <w:color w:val="555555"/>
          <w:sz w:val="26"/>
        </w:rPr>
        <w:t>Poti accesa alte modele actualizate pe site-ul nostru:</w:t>
      </w:r>
    </w:p>
    <w:p>
      <w:pPr>
        <w:jc w:val="center"/>
      </w:pPr>
      <w:hyperlink r:id="rId10">
        <w:r>
          <w:rPr>
            <w:color w:val="0000FF"/>
            <w:u w:val="single"/>
          </w:rPr>
          <w:t>https://contract-model.com</w:t>
        </w:r>
      </w:hyperlink>
    </w:p>
    <w:p>
      <w:pPr>
        <w:jc w:val="center"/>
      </w:pPr>
      <w:r>
        <w:rPr>
          <w:color w:val="808080"/>
          <w:sz w:val="20"/>
        </w:rPr>
        <w:t>Acest model este destinat exclusiv utilizarii personale, necomerciale.</w:t>
        <w:br/>
        <w:t>Orice distribuire sau publicare trebuie sa mentioneze sursa. © contract-model.com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model.com/model-contract-vanzare-cumparare-auto-olanda/" TargetMode="External"/><Relationship Id="rId10" Type="http://schemas.openxmlformats.org/officeDocument/2006/relationships/hyperlink" Target="https://contract-mod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