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ÎMPRUMUT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Împrumutător :</w:t>
      </w:r>
    </w:p>
    <w:p>
      <w:r>
        <w:rPr>
          <w:b w:val="0"/>
          <w:sz w:val="20"/>
        </w:rPr>
        <w:t>Numele și prenumele / Denumirea firmei : 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sediului social / domiciliu : ____________________________________________</w:t>
      </w:r>
    </w:p>
    <w:p>
      <w:r>
        <w:rPr>
          <w:b w:val="0"/>
          <w:sz w:val="20"/>
        </w:rPr>
        <w:t>Nr. actului de identitate / înregistrare : _______________________________________</w:t>
      </w:r>
    </w:p>
    <w:p/>
    <w:p>
      <w:r>
        <w:rPr>
          <w:b/>
          <w:sz w:val="20"/>
        </w:rPr>
        <w:t>Împrumutat :</w:t>
      </w:r>
    </w:p>
    <w:p>
      <w:r>
        <w:rPr>
          <w:b w:val="0"/>
          <w:sz w:val="20"/>
        </w:rPr>
        <w:t>Numele și prenumele / Denumirea firmei : 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sediului social / domiciliu : ____________________________________________</w:t>
      </w:r>
    </w:p>
    <w:p>
      <w:r>
        <w:rPr>
          <w:b w:val="0"/>
          <w:sz w:val="20"/>
        </w:rPr>
        <w:t>Nr. actului de identitate / înregistrare : _______________________________________</w:t>
      </w:r>
    </w:p>
    <w:p/>
    <w:p>
      <w:r>
        <w:rPr>
          <w:b/>
          <w:sz w:val="20"/>
        </w:rPr>
        <w:t>Obiectul contractului :</w:t>
      </w:r>
    </w:p>
    <w:p>
      <w:r>
        <w:rPr>
          <w:b w:val="0"/>
          <w:sz w:val="20"/>
        </w:rPr>
        <w:t>Împrumutătorul oferă Împrumutatului suma de : __________________ LEI, iar Împrumutatul se obligă să restituie suma primită conform condițiilor stabilite în prezentul contract.</w:t>
      </w:r>
    </w:p>
    <w:p/>
    <w:p>
      <w:r>
        <w:rPr>
          <w:b/>
          <w:sz w:val="20"/>
        </w:rPr>
        <w:t>Durata contractului și data restituirii :</w:t>
      </w:r>
    </w:p>
    <w:p>
      <w:r>
        <w:rPr>
          <w:b w:val="0"/>
          <w:sz w:val="20"/>
        </w:rPr>
        <w:t>Împrumutatul se obligă să restituie suma împrumutată până la data de : ____________________.</w:t>
      </w:r>
    </w:p>
    <w:p/>
    <w:p>
      <w:r>
        <w:rPr>
          <w:b/>
          <w:sz w:val="20"/>
        </w:rPr>
        <w:t>Dobânda :</w:t>
      </w:r>
    </w:p>
    <w:p>
      <w:r>
        <w:rPr>
          <w:b w:val="0"/>
          <w:sz w:val="20"/>
        </w:rPr>
        <w:t>Părțile convin ca împrumutul să fie acordat cu dobândă/ fără dobândă (se bifează opțiunea corespunzătoare):</w:t>
      </w:r>
    </w:p>
    <w:p>
      <w:r>
        <w:rPr>
          <w:b w:val="0"/>
          <w:sz w:val="20"/>
        </w:rPr>
        <w:t>□ Cu dobândă, în cuantum de _______% pe an, calculată conform legislației în vigoare.</w:t>
      </w:r>
    </w:p>
    <w:p>
      <w:r>
        <w:rPr>
          <w:b w:val="0"/>
          <w:sz w:val="20"/>
        </w:rPr>
        <w:t>□ Fără dobândă.</w:t>
      </w:r>
    </w:p>
    <w:p/>
    <w:p>
      <w:r>
        <w:rPr>
          <w:b/>
          <w:sz w:val="20"/>
        </w:rPr>
        <w:t>Modalitatea de plată :</w:t>
      </w:r>
    </w:p>
    <w:p>
      <w:r>
        <w:rPr>
          <w:b w:val="0"/>
          <w:sz w:val="20"/>
        </w:rPr>
        <w:t>Restituirea sumei împrumutate și, după caz, plata dobânzii se va face prin :</w:t>
      </w:r>
    </w:p>
    <w:p>
      <w:r>
        <w:rPr>
          <w:b w:val="0"/>
          <w:sz w:val="20"/>
        </w:rPr>
        <w:t>□ Transfer bancar în contul Împrumutătorului.</w:t>
      </w:r>
    </w:p>
    <w:p>
      <w:r>
        <w:rPr>
          <w:b w:val="0"/>
          <w:sz w:val="20"/>
        </w:rPr>
        <w:t>□ Plata în numerar la sediul Împrumutătorului.</w:t>
      </w:r>
    </w:p>
    <w:p>
      <w:r>
        <w:rPr>
          <w:b w:val="0"/>
          <w:sz w:val="20"/>
        </w:rPr>
        <w:t>□ Altă modalitate : ____________________________________________.</w:t>
      </w:r>
    </w:p>
    <w:p/>
    <w:p>
      <w:r>
        <w:rPr>
          <w:b/>
          <w:sz w:val="20"/>
        </w:rPr>
        <w:t>Obligațiile părților :</w:t>
      </w:r>
    </w:p>
    <w:p>
      <w:r>
        <w:rPr>
          <w:b w:val="0"/>
          <w:sz w:val="20"/>
        </w:rPr>
        <w:t>Împrumutătorul se obligă să pună la dispoziția Împrumutatului suma împrumutată în termen de ______ zile de la semnarea prezentului contract.</w:t>
      </w:r>
    </w:p>
    <w:p>
      <w:r>
        <w:rPr>
          <w:b w:val="0"/>
          <w:sz w:val="20"/>
        </w:rPr>
        <w:t>Împrumutatul se obligă să restituie suma împrumutată și dobânda, dacă este cazul, la termenul și în condițiile stabilite.</w:t>
      </w:r>
    </w:p>
    <w:p/>
    <w:p>
      <w:r>
        <w:rPr>
          <w:b/>
          <w:sz w:val="20"/>
        </w:rPr>
        <w:t>Garanții :</w:t>
      </w:r>
    </w:p>
    <w:p>
      <w:r>
        <w:rPr>
          <w:b w:val="0"/>
          <w:sz w:val="20"/>
        </w:rPr>
        <w:t>Pentru garantarea restituirii împrumutului, Împrumutatul oferă următoarele garanții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Răspunderea părților :</w:t>
      </w:r>
    </w:p>
    <w:p>
      <w:r>
        <w:rPr>
          <w:b w:val="0"/>
          <w:sz w:val="20"/>
        </w:rPr>
        <w:t>Nerespectarea obligațiilor asumate prin prezentul contract atrage răspunderea conform legislației aplicabile din România.</w:t>
      </w:r>
    </w:p>
    <w:p/>
    <w:p>
      <w:r>
        <w:rPr>
          <w:b/>
          <w:sz w:val="20"/>
        </w:rPr>
        <w:t>Rezolvarea litigiilor :</w:t>
      </w:r>
    </w:p>
    <w:p>
      <w:r>
        <w:rPr>
          <w:b w:val="0"/>
          <w:sz w:val="20"/>
        </w:rPr>
        <w:t>Orice neînțelegere apărută din interpretarea sau executarea prezentului contract se va soluționa pe cale amiabilă, iar în caz contrar, litigiile vor fi soluționate de instanțele judecătorești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ÎMPRUMUTĂTOR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ÎMPRUMUTAT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https://contract-model.com/model-contract-imprumut-firma-persoana-fizica/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model-contract-imprumut-firma-persoana-fizica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