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CONTRACT DE DONAȚIE A BANILOR</w:t>
      </w:r>
    </w:p>
    <w:p/>
    <w:p>
      <w:r>
        <w:rPr>
          <w:b w:val="0"/>
          <w:sz w:val="20"/>
        </w:rPr>
        <w:t>Locul : ____________________________    Data : ____________________________</w:t>
      </w:r>
    </w:p>
    <w:p/>
    <w:p>
      <w:r>
        <w:rPr>
          <w:b/>
          <w:sz w:val="20"/>
        </w:rPr>
        <w:t>DATELE DONATORULUI :</w:t>
      </w:r>
    </w:p>
    <w:p>
      <w:r>
        <w:rPr>
          <w:b w:val="0"/>
          <w:sz w:val="20"/>
        </w:rPr>
        <w:t>Numele și prenumele : ___________________________________________________</w:t>
      </w:r>
    </w:p>
    <w:p>
      <w:r>
        <w:rPr>
          <w:b w:val="0"/>
          <w:sz w:val="20"/>
        </w:rPr>
        <w:t>CNP/CUI : ______________________________________________</w:t>
      </w:r>
    </w:p>
    <w:p>
      <w:r>
        <w:rPr>
          <w:b w:val="0"/>
          <w:sz w:val="20"/>
        </w:rPr>
        <w:t>Adresa de domiciliu : ______________________________________________________</w:t>
      </w:r>
    </w:p>
    <w:p>
      <w:r>
        <w:rPr>
          <w:b w:val="0"/>
          <w:sz w:val="20"/>
        </w:rPr>
        <w:t>Nr. actului de identitate : ______________________________________________________</w:t>
      </w:r>
    </w:p>
    <w:p/>
    <w:p>
      <w:r>
        <w:rPr>
          <w:b/>
          <w:sz w:val="20"/>
        </w:rPr>
        <w:t>DATELE DONATARULUI :</w:t>
      </w:r>
    </w:p>
    <w:p>
      <w:r>
        <w:rPr>
          <w:b w:val="0"/>
          <w:sz w:val="20"/>
        </w:rPr>
        <w:t>Numele și prenumele : ___________________________________________________</w:t>
      </w:r>
    </w:p>
    <w:p>
      <w:r>
        <w:rPr>
          <w:b w:val="0"/>
          <w:sz w:val="20"/>
        </w:rPr>
        <w:t>CNP/CUI : ______________________________________________</w:t>
      </w:r>
    </w:p>
    <w:p>
      <w:r>
        <w:rPr>
          <w:b w:val="0"/>
          <w:sz w:val="20"/>
        </w:rPr>
        <w:t>Adresa de domiciliu : ________________________________________________________</w:t>
      </w:r>
    </w:p>
    <w:p>
      <w:r>
        <w:rPr>
          <w:b w:val="0"/>
          <w:sz w:val="20"/>
        </w:rPr>
        <w:t>Nr. actului de identitate : ________________________________________________________</w:t>
      </w:r>
    </w:p>
    <w:p/>
    <w:p>
      <w:r>
        <w:rPr>
          <w:b/>
          <w:sz w:val="20"/>
        </w:rPr>
        <w:t>Obiectul donației</w:t>
      </w:r>
    </w:p>
    <w:p>
      <w:r>
        <w:rPr>
          <w:b w:val="0"/>
          <w:sz w:val="20"/>
        </w:rPr>
        <w:t>Donatorul donează Donatarului suma de : _____________________ LEI (lei), cu titlu de donație. Suma este remisă în numerar / transfer bancar (bifați opțiunea corespunzătoare).</w:t>
      </w:r>
    </w:p>
    <w:p/>
    <w:p>
      <w:r>
        <w:rPr>
          <w:b/>
          <w:sz w:val="20"/>
        </w:rPr>
        <w:t>Art. 1 – Declarația Donatorului</w:t>
      </w:r>
    </w:p>
    <w:p>
      <w:r>
        <w:rPr>
          <w:b w:val="0"/>
          <w:sz w:val="20"/>
        </w:rPr>
        <w:t>Donatorul declară că suma donată este proprietatea sa legală și că o donează în mod voluntar, fără nicio condiție sau obligație din partea Donatarului.</w:t>
      </w:r>
    </w:p>
    <w:p/>
    <w:p>
      <w:r>
        <w:rPr>
          <w:b/>
          <w:sz w:val="20"/>
        </w:rPr>
        <w:t>Art. 2 – Acceptarea Donației</w:t>
      </w:r>
    </w:p>
    <w:p>
      <w:r>
        <w:rPr>
          <w:b w:val="0"/>
          <w:sz w:val="20"/>
        </w:rPr>
        <w:t>Donatarul acceptă donația în condițiile prezentului contract și declară că suma primită va fi utilizată conform destinației proprii.</w:t>
      </w:r>
    </w:p>
    <w:p/>
    <w:p>
      <w:r>
        <w:rPr>
          <w:b/>
          <w:sz w:val="20"/>
        </w:rPr>
        <w:t>Art. 3 – Drepturi și obligații</w:t>
      </w:r>
    </w:p>
    <w:p>
      <w:r>
        <w:rPr>
          <w:b w:val="0"/>
          <w:sz w:val="20"/>
        </w:rPr>
        <w:t>Donatorul nu mai deține drepturi asupra sumei donate după semnarea prezentului contract. Donatarul se obligă să utilizeze suma conform celor declarate.</w:t>
      </w:r>
    </w:p>
    <w:p/>
    <w:p>
      <w:r>
        <w:rPr>
          <w:b/>
          <w:sz w:val="20"/>
        </w:rPr>
        <w:t>Art. 4 – Clauze finale</w:t>
      </w:r>
    </w:p>
    <w:p>
      <w:r>
        <w:rPr>
          <w:b w:val="0"/>
          <w:sz w:val="20"/>
        </w:rPr>
        <w:t>Prezentul contract este încheiat în două exemplare originale, câte unul pentru fiecare parte. Orice modificare a contractului se va face doar în formă scrisă, cu acordul ambelor părți.</w:t>
      </w:r>
    </w:p>
    <w:p/>
    <w:p>
      <w:r>
        <w:rPr>
          <w:b/>
          <w:sz w:val="20"/>
        </w:rPr>
        <w:t>Art. 5 – Litigii</w:t>
      </w:r>
    </w:p>
    <w:p>
      <w:r>
        <w:rPr>
          <w:b w:val="0"/>
          <w:sz w:val="20"/>
        </w:rPr>
        <w:t>Orice neînțelegere în legătură cu prezentul contract se va soluționa pe cale amiabilă, iar în caz contrar de instanțele judecătorești competente din România.</w:t>
      </w:r>
    </w:p>
    <w:p/>
    <w:p/>
    <w:p>
      <w:r>
        <w:rPr>
          <w:b w:val="0"/>
          <w:sz w:val="20"/>
        </w:rPr>
        <w:t>Locul,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DONATOR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DONATAR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https://contract-model.com/contract-de-donatie-a-banilor-model/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https://contract-model.com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contract-model.com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-model.com/contract-de-donatie-a-banilor-model/" TargetMode="External"/><Relationship Id="rId10" Type="http://schemas.openxmlformats.org/officeDocument/2006/relationships/hyperlink" Target="https://contract-mode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