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ACT ADIȚIONAL DE PRELUNGIRE A CONTRACTULUI DE ÎNCHIRIERE</w:t>
      </w:r>
    </w:p>
    <w:p/>
    <w:p>
      <w:r>
        <w:rPr>
          <w:b w:val="0"/>
          <w:sz w:val="20"/>
        </w:rPr>
        <w:t>Locul : ____________________________    Data : ____________________________</w:t>
      </w:r>
    </w:p>
    <w:p/>
    <w:p>
      <w:r>
        <w:rPr>
          <w:b/>
          <w:sz w:val="20"/>
        </w:rPr>
        <w:t>Părțile contractante:</w:t>
      </w:r>
    </w:p>
    <w:p>
      <w:r>
        <w:rPr>
          <w:b/>
          <w:sz w:val="20"/>
        </w:rPr>
        <w:t>Locator (Proprietar) :</w:t>
      </w:r>
    </w:p>
    <w:p>
      <w:r>
        <w:rPr>
          <w:b w:val="0"/>
          <w:sz w:val="20"/>
        </w:rPr>
        <w:t>Numele și prenumele : _________________________________________________</w:t>
      </w:r>
    </w:p>
    <w:p>
      <w:r>
        <w:rPr>
          <w:b w:val="0"/>
          <w:sz w:val="20"/>
        </w:rPr>
        <w:t>CNP/CUI : ____________________________________________________________</w:t>
      </w:r>
    </w:p>
    <w:p>
      <w:r>
        <w:rPr>
          <w:b w:val="0"/>
          <w:sz w:val="20"/>
        </w:rPr>
        <w:t>Adresa : ______________________________________________________________</w:t>
      </w:r>
    </w:p>
    <w:p>
      <w:r>
        <w:rPr>
          <w:b w:val="0"/>
          <w:sz w:val="20"/>
        </w:rPr>
        <w:t>Nr. actului de identitate : _____________________________________________</w:t>
      </w:r>
    </w:p>
    <w:p/>
    <w:p>
      <w:r>
        <w:rPr>
          <w:b/>
          <w:sz w:val="20"/>
        </w:rPr>
        <w:t>Locatar (Chiriaș) :</w:t>
      </w:r>
    </w:p>
    <w:p>
      <w:r>
        <w:rPr>
          <w:b w:val="0"/>
          <w:sz w:val="20"/>
        </w:rPr>
        <w:t>Numele și prenumele : _________________________________________________</w:t>
      </w:r>
    </w:p>
    <w:p>
      <w:r>
        <w:rPr>
          <w:b w:val="0"/>
          <w:sz w:val="20"/>
        </w:rPr>
        <w:t>CNP/CUI : ____________________________________________________________</w:t>
      </w:r>
    </w:p>
    <w:p>
      <w:r>
        <w:rPr>
          <w:b w:val="0"/>
          <w:sz w:val="20"/>
        </w:rPr>
        <w:t>Adresa : ______________________________________________________________</w:t>
      </w:r>
    </w:p>
    <w:p>
      <w:r>
        <w:rPr>
          <w:b w:val="0"/>
          <w:sz w:val="20"/>
        </w:rPr>
        <w:t>Nr. actului de identitate : _____________________________________________</w:t>
      </w:r>
    </w:p>
    <w:p/>
    <w:p>
      <w:r>
        <w:rPr>
          <w:b/>
          <w:sz w:val="20"/>
        </w:rPr>
        <w:t>Având în vedere contractul de închiriere nr. ______/______________, încheiat între părți,</w:t>
      </w:r>
    </w:p>
    <w:p>
      <w:r>
        <w:rPr>
          <w:b/>
          <w:sz w:val="20"/>
        </w:rPr>
        <w:t>părțile convin să prelungească valabilitatea acestuia după cum urmează:</w:t>
      </w:r>
    </w:p>
    <w:p/>
    <w:p>
      <w:r>
        <w:rPr>
          <w:b/>
          <w:sz w:val="20"/>
        </w:rPr>
        <w:t>Art. 1 – Obiectul actului adițional</w:t>
      </w:r>
    </w:p>
    <w:p>
      <w:r>
        <w:rPr>
          <w:b w:val="0"/>
          <w:sz w:val="20"/>
        </w:rPr>
        <w:t>Prezentul act adițional are ca obiect prelungirea duratei contractului de închiriere menționat anterior.</w:t>
      </w:r>
    </w:p>
    <w:p/>
    <w:p>
      <w:r>
        <w:rPr>
          <w:b/>
          <w:sz w:val="20"/>
        </w:rPr>
        <w:t>Art. 2 – Durata prelungirii</w:t>
      </w:r>
    </w:p>
    <w:p>
      <w:r>
        <w:rPr>
          <w:b w:val="0"/>
          <w:sz w:val="20"/>
        </w:rPr>
        <w:t>Durata contractului se prelungește pentru o perioadă de __________ luni, începând cu data de ______________.</w:t>
      </w:r>
    </w:p>
    <w:p/>
    <w:p>
      <w:r>
        <w:rPr>
          <w:b/>
          <w:sz w:val="20"/>
        </w:rPr>
        <w:t>Art. 3 – Condiții financiare</w:t>
      </w:r>
    </w:p>
    <w:p>
      <w:r>
        <w:rPr>
          <w:b w:val="0"/>
          <w:sz w:val="20"/>
        </w:rPr>
        <w:t>Chiria lunară rămâne neschimbată și va fi achitată conform prevederilor contractului inițial.</w:t>
      </w:r>
    </w:p>
    <w:p/>
    <w:p>
      <w:r>
        <w:rPr>
          <w:b/>
          <w:sz w:val="20"/>
        </w:rPr>
        <w:t>Art. 4 – Obligațiile părților</w:t>
      </w:r>
    </w:p>
    <w:p>
      <w:r>
        <w:rPr>
          <w:b w:val="0"/>
          <w:sz w:val="20"/>
        </w:rPr>
        <w:t>Toate celelalte clauze ale contractului inițial rămân valabile și aplicabile pe durata prelungirii.</w:t>
      </w:r>
    </w:p>
    <w:p/>
    <w:p>
      <w:r>
        <w:rPr>
          <w:b/>
          <w:sz w:val="20"/>
        </w:rPr>
        <w:t>Art. 5 – Dispoziții finale</w:t>
      </w:r>
    </w:p>
    <w:p>
      <w:r>
        <w:rPr>
          <w:b w:val="0"/>
          <w:sz w:val="20"/>
        </w:rPr>
        <w:t>Prezentul act adițional face parte integrantă din contractul de închiriere și se întocmește în două exemplare, câte unul pentru fiecare parte.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LOCATOR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LOCATAR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https://contract-model.com/act-aditional-prelungire-contract-inchiriere/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https://contract-model.com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contract-model.com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-model.com/act-aditional-prelungire-contract-inchiriere/" TargetMode="External"/><Relationship Id="rId10" Type="http://schemas.openxmlformats.org/officeDocument/2006/relationships/hyperlink" Target="https://contract-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